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04DB8" w14:textId="77777777" w:rsidR="00A865E7" w:rsidRDefault="00000000">
      <w:pPr>
        <w:pStyle w:val="Nagwek1"/>
        <w:jc w:val="center"/>
      </w:pPr>
      <w:r>
        <w:t>CURRICULUM VITAE</w:t>
      </w:r>
    </w:p>
    <w:p w14:paraId="343277D1" w14:textId="07478282" w:rsidR="00A865E7" w:rsidRDefault="00000000">
      <w:r>
        <w:t xml:space="preserve">Stanowisko docelowe: </w:t>
      </w:r>
    </w:p>
    <w:p w14:paraId="0D9C8FB1" w14:textId="64C8D2AF" w:rsidR="00A865E7" w:rsidRDefault="00000000">
      <w:r>
        <w:t xml:space="preserve">Kraj pracy: </w:t>
      </w:r>
    </w:p>
    <w:p w14:paraId="4A412AFA" w14:textId="77777777" w:rsidR="00A865E7" w:rsidRDefault="00000000">
      <w:pPr>
        <w:pStyle w:val="Nagwek2"/>
      </w:pPr>
      <w:r>
        <w:t>DANE OSOBOWE</w:t>
      </w:r>
    </w:p>
    <w:p w14:paraId="411AA312" w14:textId="5D665D29" w:rsidR="00A865E7" w:rsidRDefault="00000000">
      <w:proofErr w:type="spellStart"/>
      <w:r>
        <w:t>Imię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nazwisko</w:t>
      </w:r>
      <w:proofErr w:type="spellEnd"/>
      <w:r>
        <w:t>:</w:t>
      </w:r>
    </w:p>
    <w:p w14:paraId="35EEB2BF" w14:textId="3B10E6FB" w:rsidR="00A865E7" w:rsidRDefault="00000000">
      <w:r>
        <w:t xml:space="preserve">Data </w:t>
      </w:r>
      <w:proofErr w:type="spellStart"/>
      <w:r>
        <w:t>urodzenia</w:t>
      </w:r>
      <w:proofErr w:type="spellEnd"/>
      <w:r>
        <w:t>:</w:t>
      </w:r>
    </w:p>
    <w:p w14:paraId="214C0E9F" w14:textId="1279F30B" w:rsidR="00A865E7" w:rsidRDefault="00000000">
      <w:r>
        <w:t xml:space="preserve">Telefon: </w:t>
      </w:r>
    </w:p>
    <w:p w14:paraId="7DD9BD4E" w14:textId="6B6DA7E3" w:rsidR="00A865E7" w:rsidRDefault="00000000">
      <w:r>
        <w:t xml:space="preserve">E-mail: </w:t>
      </w:r>
    </w:p>
    <w:p w14:paraId="2540477C" w14:textId="68CEA6D3" w:rsidR="00A865E7" w:rsidRDefault="00000000">
      <w:r>
        <w:t xml:space="preserve">Adres zamieszkania: </w:t>
      </w:r>
    </w:p>
    <w:p w14:paraId="2E031420" w14:textId="5AE2D421" w:rsidR="00A865E7" w:rsidRDefault="00000000">
      <w:r>
        <w:t xml:space="preserve">Prawo jazdy (kat.): </w:t>
      </w:r>
    </w:p>
    <w:p w14:paraId="4727CC51" w14:textId="77777777" w:rsidR="00A865E7" w:rsidRDefault="00000000">
      <w:r>
        <w:t>Własny samochód: TAK / NIE</w:t>
      </w:r>
    </w:p>
    <w:p w14:paraId="5CD61E35" w14:textId="77777777" w:rsidR="00A865E7" w:rsidRDefault="00A865E7"/>
    <w:p w14:paraId="1D51CED8" w14:textId="77777777" w:rsidR="00A865E7" w:rsidRDefault="00000000">
      <w:pPr>
        <w:pStyle w:val="Nagwek2"/>
      </w:pPr>
      <w:r>
        <w:t>PROFIL ZAWODOWY</w:t>
      </w:r>
    </w:p>
    <w:p w14:paraId="6678E40C" w14:textId="77777777" w:rsidR="00A865E7" w:rsidRDefault="00000000">
      <w:r>
        <w:t>Wykwalifikowany specjalista branży budowlanej / przemysłowej z doświadczeniem w pracy na projektach zagranicznych. Bardzo dobra znajomość zasad BHP, pracy zespołowej oraz czytania dokumentacji technicznej. Samodzielny, dokładny, odpowiedzialny. Gotowość do pracy w systemie zmianowym oraz w delegacji.</w:t>
      </w:r>
    </w:p>
    <w:p w14:paraId="46D18750" w14:textId="77777777" w:rsidR="00A865E7" w:rsidRDefault="00A865E7"/>
    <w:p w14:paraId="6F40D191" w14:textId="77777777" w:rsidR="00A865E7" w:rsidRDefault="00000000">
      <w:pPr>
        <w:pStyle w:val="Nagwek2"/>
      </w:pPr>
      <w:r>
        <w:t>KLUCZOWE KOMPETENCJE</w:t>
      </w:r>
    </w:p>
    <w:p w14:paraId="620C2621" w14:textId="77777777" w:rsidR="00A865E7" w:rsidRDefault="00000000">
      <w:r>
        <w:t xml:space="preserve">• </w:t>
      </w:r>
      <w:proofErr w:type="spellStart"/>
      <w:r>
        <w:t>Doświadczenie</w:t>
      </w:r>
      <w:proofErr w:type="spellEnd"/>
      <w:r>
        <w:t xml:space="preserve"> w </w:t>
      </w:r>
      <w:proofErr w:type="spellStart"/>
      <w:r>
        <w:t>pracy</w:t>
      </w:r>
      <w:proofErr w:type="spellEnd"/>
      <w:r>
        <w:t xml:space="preserve"> za granicą (jeśli dotyczy)</w:t>
      </w:r>
    </w:p>
    <w:p w14:paraId="071FBD1F" w14:textId="77777777" w:rsidR="00A865E7" w:rsidRDefault="00A865E7"/>
    <w:p w14:paraId="67A70EC6" w14:textId="77777777" w:rsidR="00A865E7" w:rsidRDefault="00000000">
      <w:pPr>
        <w:pStyle w:val="Nagwek2"/>
      </w:pPr>
      <w:r>
        <w:t>DOŚWIADCZENIE ZAWODOWE</w:t>
      </w:r>
    </w:p>
    <w:p w14:paraId="0EEEAAD5" w14:textId="127EB3E8" w:rsidR="00A865E7" w:rsidRDefault="00000000">
      <w:r>
        <w:t xml:space="preserve">Nazwa </w:t>
      </w:r>
      <w:proofErr w:type="spellStart"/>
      <w:r>
        <w:t>firmy</w:t>
      </w:r>
      <w:proofErr w:type="spellEnd"/>
      <w:r>
        <w:t>:</w:t>
      </w:r>
    </w:p>
    <w:p w14:paraId="751C6C3E" w14:textId="21C890F7" w:rsidR="00A865E7" w:rsidRDefault="00000000">
      <w:r>
        <w:t xml:space="preserve">Stanowisko: </w:t>
      </w:r>
    </w:p>
    <w:p w14:paraId="5E716F92" w14:textId="266E2AB9" w:rsidR="00A865E7" w:rsidRDefault="00000000">
      <w:r>
        <w:t xml:space="preserve">Kraj: </w:t>
      </w:r>
    </w:p>
    <w:p w14:paraId="1D33DF37" w14:textId="2A33AB0E" w:rsidR="00A865E7" w:rsidRDefault="00000000">
      <w:r>
        <w:t xml:space="preserve">Okres zatrudnienia: </w:t>
      </w:r>
    </w:p>
    <w:p w14:paraId="02ED7333" w14:textId="77777777" w:rsidR="003475CF" w:rsidRDefault="003475CF"/>
    <w:p w14:paraId="6A0701CB" w14:textId="77777777" w:rsidR="00A865E7" w:rsidRDefault="00000000">
      <w:pPr>
        <w:pStyle w:val="Nagwek2"/>
      </w:pPr>
      <w:r>
        <w:lastRenderedPageBreak/>
        <w:t>UMIEJĘTNOŚCI TECHNICZNE</w:t>
      </w:r>
    </w:p>
    <w:p w14:paraId="54F2B6AB" w14:textId="77777777" w:rsidR="00A865E7" w:rsidRDefault="00A865E7"/>
    <w:p w14:paraId="7E569329" w14:textId="77777777" w:rsidR="00A865E7" w:rsidRDefault="00000000">
      <w:pPr>
        <w:pStyle w:val="Nagwek2"/>
      </w:pPr>
      <w:r>
        <w:t>WYKSZTAŁCENIE I KURSY</w:t>
      </w:r>
    </w:p>
    <w:p w14:paraId="5A589251" w14:textId="6A6910D7" w:rsidR="00A865E7" w:rsidRDefault="00000000">
      <w:r>
        <w:t xml:space="preserve">Szkoła / zawód wyuczony: </w:t>
      </w:r>
    </w:p>
    <w:p w14:paraId="12F2022C" w14:textId="5BB7F37B" w:rsidR="00A865E7" w:rsidRDefault="00000000">
      <w:r>
        <w:t xml:space="preserve">Rok ukończenia: </w:t>
      </w:r>
    </w:p>
    <w:p w14:paraId="694A162B" w14:textId="3B048B54" w:rsidR="00A865E7" w:rsidRDefault="00000000">
      <w:r>
        <w:t xml:space="preserve">Kursy / certyfikaty branżowe: </w:t>
      </w:r>
    </w:p>
    <w:p w14:paraId="5A4154B3" w14:textId="77777777" w:rsidR="00A865E7" w:rsidRDefault="00A865E7"/>
    <w:p w14:paraId="175B3225" w14:textId="77777777" w:rsidR="00A865E7" w:rsidRDefault="00000000">
      <w:pPr>
        <w:pStyle w:val="Nagwek2"/>
      </w:pPr>
      <w:r>
        <w:t>ZNAJOMOŚĆ JĘZYKÓW</w:t>
      </w:r>
    </w:p>
    <w:p w14:paraId="209F6420" w14:textId="77777777" w:rsidR="00A865E7" w:rsidRDefault="00000000">
      <w:r>
        <w:t>Niemiecki: A1 / A2 / B1 / B2 / C1</w:t>
      </w:r>
    </w:p>
    <w:p w14:paraId="1DD0D952" w14:textId="77777777" w:rsidR="00A865E7" w:rsidRDefault="00000000">
      <w:r>
        <w:t>Angielski: A1 / A2 / B1 / B2 / C1</w:t>
      </w:r>
    </w:p>
    <w:p w14:paraId="702DF361" w14:textId="77777777" w:rsidR="00A865E7" w:rsidRDefault="00A865E7"/>
    <w:p w14:paraId="2DDED337" w14:textId="77777777" w:rsidR="00A865E7" w:rsidRDefault="00000000">
      <w:pPr>
        <w:pStyle w:val="Nagwek2"/>
      </w:pPr>
      <w:r>
        <w:t>DYSPOZYCYJNOŚĆ</w:t>
      </w:r>
    </w:p>
    <w:p w14:paraId="5859ABF0" w14:textId="77777777" w:rsidR="00A865E7" w:rsidRDefault="00000000">
      <w:r>
        <w:t>Gotowość do pracy zmianowej: TAK / NIE</w:t>
      </w:r>
    </w:p>
    <w:p w14:paraId="0325F08E" w14:textId="77777777" w:rsidR="00A865E7" w:rsidRDefault="00000000">
      <w:r>
        <w:t>Gotowość do nadgodzin: TAK / NIE</w:t>
      </w:r>
    </w:p>
    <w:p w14:paraId="618A2D4F" w14:textId="3861E098" w:rsidR="00A865E7" w:rsidRDefault="00000000">
      <w:r>
        <w:t xml:space="preserve">Możliwy termin rozpoczęcia pracy: </w:t>
      </w:r>
    </w:p>
    <w:p w14:paraId="0CF9129C" w14:textId="77777777" w:rsidR="00A865E7" w:rsidRDefault="00A865E7"/>
    <w:p w14:paraId="4A4BAC29" w14:textId="0FAE7F8C" w:rsidR="00A865E7" w:rsidRDefault="00A865E7"/>
    <w:sectPr w:rsidR="00A865E7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944D9" w14:textId="77777777" w:rsidR="0081577E" w:rsidRDefault="0081577E" w:rsidP="003475CF">
      <w:pPr>
        <w:spacing w:after="0" w:line="240" w:lineRule="auto"/>
      </w:pPr>
      <w:r>
        <w:separator/>
      </w:r>
    </w:p>
  </w:endnote>
  <w:endnote w:type="continuationSeparator" w:id="0">
    <w:p w14:paraId="4CEBAC0B" w14:textId="77777777" w:rsidR="0081577E" w:rsidRDefault="0081577E" w:rsidP="00347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A0856" w14:textId="77777777" w:rsidR="003475CF" w:rsidRDefault="003475CF" w:rsidP="003475CF">
    <w:proofErr w:type="spellStart"/>
    <w:r>
      <w:t>Wyrażam</w:t>
    </w:r>
    <w:proofErr w:type="spellEnd"/>
    <w:r>
      <w:t xml:space="preserve"> </w:t>
    </w:r>
    <w:proofErr w:type="spellStart"/>
    <w:r>
      <w:t>zgodę</w:t>
    </w:r>
    <w:proofErr w:type="spellEnd"/>
    <w:r>
      <w:t xml:space="preserve"> </w:t>
    </w:r>
    <w:proofErr w:type="spellStart"/>
    <w:r>
      <w:t>na</w:t>
    </w:r>
    <w:proofErr w:type="spellEnd"/>
    <w:r>
      <w:t xml:space="preserve"> </w:t>
    </w:r>
    <w:proofErr w:type="spellStart"/>
    <w:r>
      <w:t>przetwarzanie</w:t>
    </w:r>
    <w:proofErr w:type="spellEnd"/>
    <w:r>
      <w:t xml:space="preserve"> </w:t>
    </w:r>
    <w:proofErr w:type="spellStart"/>
    <w:r>
      <w:t>moich</w:t>
    </w:r>
    <w:proofErr w:type="spellEnd"/>
    <w:r>
      <w:t xml:space="preserve"> </w:t>
    </w:r>
    <w:proofErr w:type="spellStart"/>
    <w:r>
      <w:t>danych</w:t>
    </w:r>
    <w:proofErr w:type="spellEnd"/>
    <w:r>
      <w:t xml:space="preserve"> </w:t>
    </w:r>
    <w:proofErr w:type="spellStart"/>
    <w:r>
      <w:t>osobowych</w:t>
    </w:r>
    <w:proofErr w:type="spellEnd"/>
    <w:r>
      <w:t xml:space="preserve"> </w:t>
    </w:r>
    <w:proofErr w:type="spellStart"/>
    <w:r>
      <w:t>dla</w:t>
    </w:r>
    <w:proofErr w:type="spellEnd"/>
    <w:r>
      <w:t xml:space="preserve"> </w:t>
    </w:r>
    <w:proofErr w:type="spellStart"/>
    <w:r>
      <w:t>potrzeb</w:t>
    </w:r>
    <w:proofErr w:type="spellEnd"/>
    <w:r>
      <w:t xml:space="preserve"> </w:t>
    </w:r>
    <w:proofErr w:type="spellStart"/>
    <w:r>
      <w:t>niezbędnych</w:t>
    </w:r>
    <w:proofErr w:type="spellEnd"/>
    <w:r>
      <w:t xml:space="preserve"> do </w:t>
    </w:r>
    <w:proofErr w:type="spellStart"/>
    <w:r>
      <w:t>realizacji</w:t>
    </w:r>
    <w:proofErr w:type="spellEnd"/>
    <w:r>
      <w:t xml:space="preserve"> </w:t>
    </w:r>
    <w:proofErr w:type="spellStart"/>
    <w:r>
      <w:t>procesu</w:t>
    </w:r>
    <w:proofErr w:type="spellEnd"/>
    <w:r>
      <w:t xml:space="preserve"> </w:t>
    </w:r>
    <w:proofErr w:type="spellStart"/>
    <w:r>
      <w:t>rekrutacji</w:t>
    </w:r>
    <w:proofErr w:type="spellEnd"/>
    <w:r>
      <w:t xml:space="preserve"> </w:t>
    </w:r>
    <w:proofErr w:type="spellStart"/>
    <w:r>
      <w:t>zgodnie</w:t>
    </w:r>
    <w:proofErr w:type="spellEnd"/>
    <w:r>
      <w:t xml:space="preserve"> z </w:t>
    </w:r>
    <w:proofErr w:type="spellStart"/>
    <w:r>
      <w:t>obowiązującymi</w:t>
    </w:r>
    <w:proofErr w:type="spellEnd"/>
    <w:r>
      <w:t xml:space="preserve"> </w:t>
    </w:r>
    <w:proofErr w:type="spellStart"/>
    <w:r>
      <w:t>przepisami</w:t>
    </w:r>
    <w:proofErr w:type="spellEnd"/>
    <w:r>
      <w:t xml:space="preserve"> </w:t>
    </w:r>
    <w:proofErr w:type="spellStart"/>
    <w:r>
      <w:t>prawa</w:t>
    </w:r>
    <w:proofErr w:type="spellEnd"/>
    <w:r>
      <w:t>.</w:t>
    </w:r>
  </w:p>
  <w:p w14:paraId="0BC76442" w14:textId="77777777" w:rsidR="003475CF" w:rsidRDefault="003475C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B71BA" w14:textId="77777777" w:rsidR="0081577E" w:rsidRDefault="0081577E" w:rsidP="003475CF">
      <w:pPr>
        <w:spacing w:after="0" w:line="240" w:lineRule="auto"/>
      </w:pPr>
      <w:r>
        <w:separator/>
      </w:r>
    </w:p>
  </w:footnote>
  <w:footnote w:type="continuationSeparator" w:id="0">
    <w:p w14:paraId="2084A542" w14:textId="77777777" w:rsidR="0081577E" w:rsidRDefault="0081577E" w:rsidP="003475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40091072">
    <w:abstractNumId w:val="8"/>
  </w:num>
  <w:num w:numId="2" w16cid:durableId="1216312905">
    <w:abstractNumId w:val="6"/>
  </w:num>
  <w:num w:numId="3" w16cid:durableId="1865436773">
    <w:abstractNumId w:val="5"/>
  </w:num>
  <w:num w:numId="4" w16cid:durableId="1683631549">
    <w:abstractNumId w:val="4"/>
  </w:num>
  <w:num w:numId="5" w16cid:durableId="1595675372">
    <w:abstractNumId w:val="7"/>
  </w:num>
  <w:num w:numId="6" w16cid:durableId="1079861316">
    <w:abstractNumId w:val="3"/>
  </w:num>
  <w:num w:numId="7" w16cid:durableId="2014644739">
    <w:abstractNumId w:val="2"/>
  </w:num>
  <w:num w:numId="8" w16cid:durableId="1107040307">
    <w:abstractNumId w:val="1"/>
  </w:num>
  <w:num w:numId="9" w16cid:durableId="2008170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475CF"/>
    <w:rsid w:val="0081577E"/>
    <w:rsid w:val="00A865E7"/>
    <w:rsid w:val="00AA1D8D"/>
    <w:rsid w:val="00B47730"/>
    <w:rsid w:val="00CB0664"/>
    <w:rsid w:val="00E0605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EF07B8"/>
  <w14:defaultImageDpi w14:val="300"/>
  <w15:docId w15:val="{D0D51E32-211C-4D9B-9A53-E455E1245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141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Piotrek Dębosz</cp:lastModifiedBy>
  <cp:revision>2</cp:revision>
  <dcterms:created xsi:type="dcterms:W3CDTF">2013-12-23T23:15:00Z</dcterms:created>
  <dcterms:modified xsi:type="dcterms:W3CDTF">2026-02-22T20:16:00Z</dcterms:modified>
  <cp:category/>
</cp:coreProperties>
</file>